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6843E" w14:textId="53242372" w:rsidR="00A94E8F" w:rsidRDefault="00000000" w:rsidP="00210B5F">
      <w:pPr>
        <w:jc w:val="center"/>
      </w:pPr>
      <w:r>
        <w:rPr>
          <w:b/>
          <w:sz w:val="30"/>
        </w:rPr>
        <w:t>WYMAGANIA EDUKACYJNE Z JĘZYKA POLSKIEGO – KLASA IV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580"/>
        <w:gridCol w:w="2580"/>
        <w:gridCol w:w="2580"/>
        <w:gridCol w:w="2580"/>
        <w:gridCol w:w="2580"/>
      </w:tblGrid>
      <w:tr w:rsidR="00A94E8F" w14:paraId="1B53140D" w14:textId="77777777">
        <w:trPr>
          <w:tblHeader/>
          <w:jc w:val="center"/>
        </w:trPr>
        <w:tc>
          <w:tcPr>
            <w:tcW w:w="198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C1463" w14:textId="77777777" w:rsidR="00A94E8F" w:rsidRDefault="00000000">
            <w:pPr>
              <w:jc w:val="center"/>
            </w:pPr>
            <w:r>
              <w:rPr>
                <w:b/>
                <w:sz w:val="17"/>
              </w:rPr>
              <w:t>OBSZAR</w:t>
            </w:r>
          </w:p>
        </w:tc>
        <w:tc>
          <w:tcPr>
            <w:tcW w:w="258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7204F" w14:textId="77777777" w:rsidR="00A94E8F" w:rsidRDefault="00000000">
            <w:pPr>
              <w:jc w:val="center"/>
            </w:pPr>
            <w:r>
              <w:rPr>
                <w:b/>
                <w:sz w:val="17"/>
              </w:rPr>
              <w:t>2 – DOPUSZCZAJĄCY</w:t>
            </w:r>
          </w:p>
        </w:tc>
        <w:tc>
          <w:tcPr>
            <w:tcW w:w="258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FF6AC4" w14:textId="77777777" w:rsidR="00A94E8F" w:rsidRDefault="00000000">
            <w:pPr>
              <w:jc w:val="center"/>
            </w:pPr>
            <w:r>
              <w:rPr>
                <w:b/>
                <w:sz w:val="17"/>
              </w:rPr>
              <w:t>3 – DOSTATECZNY</w:t>
            </w:r>
          </w:p>
        </w:tc>
        <w:tc>
          <w:tcPr>
            <w:tcW w:w="258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AFA28B" w14:textId="77777777" w:rsidR="00A94E8F" w:rsidRDefault="00000000">
            <w:pPr>
              <w:jc w:val="center"/>
            </w:pPr>
            <w:r>
              <w:rPr>
                <w:b/>
                <w:sz w:val="17"/>
              </w:rPr>
              <w:t>4 – DOBRY</w:t>
            </w:r>
          </w:p>
        </w:tc>
        <w:tc>
          <w:tcPr>
            <w:tcW w:w="258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B70F4" w14:textId="77777777" w:rsidR="00A94E8F" w:rsidRDefault="00000000">
            <w:pPr>
              <w:jc w:val="center"/>
            </w:pPr>
            <w:r>
              <w:rPr>
                <w:b/>
                <w:sz w:val="17"/>
              </w:rPr>
              <w:t>5 – BARDZO DOBRY</w:t>
            </w:r>
          </w:p>
        </w:tc>
        <w:tc>
          <w:tcPr>
            <w:tcW w:w="258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294545" w14:textId="77777777" w:rsidR="00A94E8F" w:rsidRDefault="00000000">
            <w:pPr>
              <w:jc w:val="center"/>
            </w:pPr>
            <w:r>
              <w:rPr>
                <w:b/>
                <w:sz w:val="17"/>
              </w:rPr>
              <w:t>6 – CELUJĄCY</w:t>
            </w:r>
          </w:p>
        </w:tc>
      </w:tr>
      <w:tr w:rsidR="00A94E8F" w14:paraId="73A1C892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350219" w14:textId="77777777" w:rsidR="00A94E8F" w:rsidRDefault="00000000">
            <w:r>
              <w:rPr>
                <w:b/>
                <w:sz w:val="16"/>
              </w:rPr>
              <w:t>ŚWIADOMOŚĆ JĘZYKA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9E6EF1" w14:textId="77777777" w:rsidR="00A94E8F" w:rsidRDefault="00000000">
            <w:r>
              <w:rPr>
                <w:sz w:val="16"/>
              </w:rPr>
              <w:t>Uczeń rozpoznaje z pomocą podstawowe części mowy i proste formy gramatyczne. Rozpoznaje zdanie, wskazuje podmiot i orzeczenie w najprostszych przykładach. Podejmuje próby poprawnego budowania zdań.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13090A" w14:textId="77777777" w:rsidR="00A94E8F" w:rsidRDefault="00000000">
            <w:r>
              <w:rPr>
                <w:sz w:val="16"/>
              </w:rPr>
              <w:t>Uczeń rozpoznaje poznane części mowy i określa ich podstawowe cechy. Rozróżnia poznane rodzaje wypowiedzeń. W prostych przykładach wskazuje główne części zdania i stosuje poznane zasady językowe.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4E9748" w14:textId="77777777" w:rsidR="00A94E8F" w:rsidRDefault="00000000">
            <w:r>
              <w:rPr>
                <w:sz w:val="16"/>
              </w:rPr>
              <w:t>Uczeń poprawnie rozpoznaje poznane formy gramatyczne i wykorzystuje tę wiedzę w typowych zadaniach. Analizuje proste zdania, poprawnie buduje wypowiedzenia i potrafi poprawić typowe błędy językowe.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0E660B" w14:textId="77777777" w:rsidR="00A94E8F" w:rsidRDefault="00000000">
            <w:r>
              <w:rPr>
                <w:sz w:val="16"/>
              </w:rPr>
              <w:t>Uczeń sprawnie posługuje się poznanymi pojęciami językowymi. Wyjaśnia, jak zastosowane formy wpływają na wypowiedź, świadomie dobiera konstrukcje językowe i samodzielnie poprawia błędy.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6D995F" w14:textId="77777777" w:rsidR="00A94E8F" w:rsidRDefault="00000000">
            <w:r>
              <w:rPr>
                <w:sz w:val="16"/>
              </w:rPr>
              <w:t>Uczeń swobodnie i świadomie wykorzystuje wiedzę o języku w różnych sytuacjach. Potrafi przekształcać wypowiedzenia, porównywać różne sposoby wyrażenia tej samej treści i uzasadniać własne wybory językowe.</w:t>
            </w:r>
          </w:p>
        </w:tc>
      </w:tr>
      <w:tr w:rsidR="00A94E8F" w14:paraId="2AF571CD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987AEF" w14:textId="77777777" w:rsidR="00A94E8F" w:rsidRDefault="00000000">
            <w:r>
              <w:rPr>
                <w:b/>
                <w:sz w:val="16"/>
              </w:rPr>
              <w:t>ROZUMIENIE I INTERPRETACJA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B0D9E6" w14:textId="77777777" w:rsidR="00A94E8F" w:rsidRDefault="00000000">
            <w:r>
              <w:rPr>
                <w:sz w:val="16"/>
              </w:rPr>
              <w:t>Uczeń rozumie ogólny sens prostego tekstu. Z pomocą wskazuje temat, bohaterów, miejsce i czas wydarzeń oraz wyszukuje informacje podane wprost.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4136F" w14:textId="77777777" w:rsidR="00A94E8F" w:rsidRDefault="00000000">
            <w:r>
              <w:rPr>
                <w:sz w:val="16"/>
              </w:rPr>
              <w:t>Uczeń samodzielnie określa temat tekstu, wyszukuje najważniejsze informacje, porządkuje wydarzenia i odpowiada na pytania dotyczące treści.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8A8315" w14:textId="77777777" w:rsidR="00A94E8F" w:rsidRDefault="00000000">
            <w:r>
              <w:rPr>
                <w:sz w:val="16"/>
              </w:rPr>
              <w:t>Uczeń odróżnia informacje ważne od mniej istotnych, wskazuje przyczyny i skutki wydarzeń, wyciąga proste wnioski i uzasadnia odpowiedź tekstem.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D39CD6" w14:textId="77777777" w:rsidR="00A94E8F" w:rsidRDefault="00000000">
            <w:r>
              <w:rPr>
                <w:sz w:val="16"/>
              </w:rPr>
              <w:t>Uczeń odczytuje również informacje niewyrażone wprost, analizuje zachowania i motywacje bohaterów, rozpoznaje problem tekstu i formułuje uzasadnione wnioski.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34A047" w14:textId="77777777" w:rsidR="00A94E8F" w:rsidRDefault="00000000">
            <w:r>
              <w:rPr>
                <w:sz w:val="16"/>
              </w:rPr>
              <w:t>Uczeń samodzielnie interpretuje tekst, dostrzega różne możliwości jego odczytania, formułuje własne refleksje i potrafi przekonująco uzasadnić swoją interpretację.</w:t>
            </w:r>
          </w:p>
        </w:tc>
      </w:tr>
      <w:tr w:rsidR="00A94E8F" w14:paraId="67E8F1AD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1B8D2E" w14:textId="77777777" w:rsidR="00A94E8F" w:rsidRDefault="00000000">
            <w:r>
              <w:rPr>
                <w:b/>
                <w:sz w:val="16"/>
              </w:rPr>
              <w:t>LITERATURA I TEKSTY KULTURY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03F108" w14:textId="77777777" w:rsidR="00A94E8F" w:rsidRDefault="00000000">
            <w:r>
              <w:rPr>
                <w:sz w:val="16"/>
              </w:rPr>
              <w:t>Uczeń zna najważniejsze wydarzenia i bohaterów omawianych utworów. Rozpoznaje podstawowe elementy świata przedstawionego oraz wybrane poznane gatunki i środki stylistyczne.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429926" w14:textId="77777777" w:rsidR="00A94E8F" w:rsidRDefault="00000000">
            <w:r>
              <w:rPr>
                <w:sz w:val="16"/>
              </w:rPr>
              <w:t>Uczeń opowiada o wydarzeniach, opisuje bohaterów, rozpoznaje narratora lub osobę mówiącą. Wskazuje podstawowe cechy poznanych gatunków i rozpoznaje poznane środki stylistyczne.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FA0719" w14:textId="77777777" w:rsidR="00A94E8F" w:rsidRDefault="00000000">
            <w:r>
              <w:rPr>
                <w:sz w:val="16"/>
              </w:rPr>
              <w:t>Uczeń charakteryzuje bohaterów na podstawie tekstu, rozpoznaje problematykę utworu, określa funkcję podstawowych środków stylistycznych i porównuje tekst literacki z innym tekstem kultury.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EEF7B6" w14:textId="77777777" w:rsidR="00A94E8F" w:rsidRDefault="00000000">
            <w:r>
              <w:rPr>
                <w:sz w:val="16"/>
              </w:rPr>
              <w:t>Uczeń analizuje postawy i relacje bohaterów, omawia wartości obecne w utworze, wyjaśnia znaczenie środków artystycznych oraz porównuje różne sposoby przedstawienia tego samego tematu.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A1F2B6" w14:textId="77777777" w:rsidR="00A94E8F" w:rsidRDefault="00000000">
            <w:r>
              <w:rPr>
                <w:sz w:val="16"/>
              </w:rPr>
              <w:t>Uczeń formułuje samodzielną interpretację, ocenia postawy bohaterów i przedstawione wartości, łączy utwór z innymi tekstami, kontekstami i własnymi doświadczeniami oraz twórczo wykorzystuje wiedzę o literaturze.</w:t>
            </w:r>
          </w:p>
        </w:tc>
      </w:tr>
      <w:tr w:rsidR="00A94E8F" w14:paraId="086A95F1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8C7793" w14:textId="77777777" w:rsidR="00A94E8F" w:rsidRDefault="00000000">
            <w:r>
              <w:rPr>
                <w:b/>
                <w:sz w:val="16"/>
              </w:rPr>
              <w:t>TWORZENIE WYPOWIEDZI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D43AAA" w14:textId="77777777" w:rsidR="00A94E8F" w:rsidRDefault="00000000">
            <w:r>
              <w:rPr>
                <w:sz w:val="16"/>
              </w:rPr>
              <w:t>Uczeń z pomocą tworzy krótką wypowiedź zgodną z tematem. Zachowuje najważniejsze elementy poznanej formy i podejmuje próbę logicznego uporządkowania tekstu.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DB53C3" w14:textId="77777777" w:rsidR="00A94E8F" w:rsidRDefault="00000000">
            <w:r>
              <w:rPr>
                <w:sz w:val="16"/>
              </w:rPr>
              <w:t>Uczeń samodzielnie tworzy prostą wypowiedź zgodną z tematem. Zachowuje podstawowe cechy poznanych form, np. opowiadania, opisu, dialogu, zaproszenia, ogłoszenia, życzeń, podziękowania lub notatki.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94F0A" w14:textId="77777777" w:rsidR="00A94E8F" w:rsidRDefault="00000000">
            <w:r>
              <w:rPr>
                <w:sz w:val="16"/>
              </w:rPr>
              <w:t>Uczeń tworzy spójną i uporządkowaną wypowiedź, rozwija temat, stosuje akapity, odpowiednią kompozycję i słownictwo oraz na ogół przestrzega zasad poprawności językowej.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C9D506" w14:textId="77777777" w:rsidR="00A94E8F" w:rsidRDefault="00000000">
            <w:r>
              <w:rPr>
                <w:sz w:val="16"/>
              </w:rPr>
              <w:t>Uczeń świadomie planuje tekst, dba o jego kompozycję, spójność, styl i poprawność. Stosuje zróżnicowane słownictwo, rozwija treść i samodzielnie dokonuje korekty.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E2F54" w14:textId="77777777" w:rsidR="00A94E8F" w:rsidRDefault="00000000">
            <w:r>
              <w:rPr>
                <w:sz w:val="16"/>
              </w:rPr>
              <w:t>Uczeń tworzy oryginalne, przemyślane i dopracowane wypowiedzi. Świadomie dobiera sposób organizacji tekstu i środki językowe do celu, odbiorcy i sytuacji oraz twórczo wykorzystuje poznane formy.</w:t>
            </w:r>
          </w:p>
        </w:tc>
      </w:tr>
      <w:tr w:rsidR="00A94E8F" w14:paraId="6786652B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06EBA7" w14:textId="77777777" w:rsidR="00A94E8F" w:rsidRDefault="00000000">
            <w:r>
              <w:rPr>
                <w:b/>
                <w:sz w:val="16"/>
              </w:rPr>
              <w:t>MÓWIENIE I KOMUNIKOWANIE SIĘ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8B7335" w14:textId="77777777" w:rsidR="00A94E8F" w:rsidRDefault="00000000">
            <w:r>
              <w:rPr>
                <w:sz w:val="16"/>
              </w:rPr>
              <w:t>Uczeń wypowiada się krótko na znany temat, odpowiada na pytania, słucha rozmówcy i z pomocą przestrzega podstawowych zasad kulturalnej rozmowy.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CF96BC" w14:textId="77777777" w:rsidR="00A94E8F" w:rsidRDefault="00000000">
            <w:r>
              <w:rPr>
                <w:sz w:val="16"/>
              </w:rPr>
              <w:t>Uczeń przedstawia własne zdanie, uczestniczy w rozmowie i buduje zrozumiałą wypowiedź ustną. Rozpoznaje, że sposób mówienia zależy od sytuacji i odbiorcy.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D6AC5F" w14:textId="77777777" w:rsidR="00A94E8F" w:rsidRDefault="00000000">
            <w:r>
              <w:rPr>
                <w:sz w:val="16"/>
              </w:rPr>
              <w:t>Uczeń tworzy uporządkowaną wypowiedź ustną, uzasadnia opinię, reaguje na wypowiedzi innych osób i dostosowuje język do podstawowej sytuacji komunikacyjnej.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9F9EF0" w14:textId="77777777" w:rsidR="00A94E8F" w:rsidRDefault="00000000">
            <w:r>
              <w:rPr>
                <w:sz w:val="16"/>
              </w:rPr>
              <w:t>Uczeń świadomie dobiera język, ton i sposób wypowiedzi do celu oraz odbiorcy. Rozwija swoje stanowisko, odnosi się do wypowiedzi rozmówcy i dba o skuteczność komunikacji.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A142A5" w14:textId="77777777" w:rsidR="00A94E8F" w:rsidRDefault="00000000">
            <w:r>
              <w:rPr>
                <w:sz w:val="16"/>
              </w:rPr>
              <w:t>Uczeń swobodnie komunikuje się w różnych sytuacjach, świadomie wykorzystuje środki językowe i niewerbalne, przewiduje możliwy odbiór swojej wypowiedzi i potrafi ją odpowiednio modyfikować.</w:t>
            </w:r>
          </w:p>
        </w:tc>
      </w:tr>
      <w:tr w:rsidR="00A94E8F" w14:paraId="5E8A6A7D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E4096D" w14:textId="77777777" w:rsidR="00A94E8F" w:rsidRDefault="00000000">
            <w:r>
              <w:rPr>
                <w:b/>
                <w:sz w:val="16"/>
              </w:rPr>
              <w:t>SŁOWNICTWO I STYL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A562B" w14:textId="77777777" w:rsidR="00A94E8F" w:rsidRDefault="00000000">
            <w:r>
              <w:rPr>
                <w:sz w:val="16"/>
              </w:rPr>
              <w:t>Uczeń posługuje się prostym słownictwem. Z pomocą rozpoznaje wyrazy o podobnym i przeciwnym znaczeniu oraz znaczenie dosłowne i przenośne.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D8729C" w14:textId="77777777" w:rsidR="00A94E8F" w:rsidRDefault="00000000">
            <w:r>
              <w:rPr>
                <w:sz w:val="16"/>
              </w:rPr>
              <w:t>Uczeń dobiera słownictwo odpowiednie do tematu, wyjaśnia znaczenie poznanych wyrazów i związków frazeologicznych oraz ogranicza najczęstsze powtórzenia.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B18CFC" w14:textId="77777777" w:rsidR="00A94E8F" w:rsidRDefault="00000000">
            <w:r>
              <w:rPr>
                <w:sz w:val="16"/>
              </w:rPr>
              <w:t>Uczeń stosuje bardziej zróżnicowane słownictwo, wykorzystuje synonimy i poznane związki frazeologiczne oraz dostosowuje sposób wypowiedzi do jej rodzaju.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7A6FDE" w14:textId="77777777" w:rsidR="00A94E8F" w:rsidRDefault="00000000">
            <w:r>
              <w:rPr>
                <w:sz w:val="16"/>
              </w:rPr>
              <w:t>Uczeń świadomie dobiera słowa, dba o precyzję i stosowność wypowiedzi, rozpoznaje wpływ słownictwa na odbiorcę i celowo wykorzystuje poznane środki językowe.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228D10" w14:textId="77777777" w:rsidR="00A94E8F" w:rsidRDefault="00000000">
            <w:r>
              <w:rPr>
                <w:sz w:val="16"/>
              </w:rPr>
              <w:t>Uczeń swobodnie i precyzyjnie operuje językiem, świadomie wykorzystuje różne znaczenia i środki stylistyczne oraz potrafi osiągnąć za pomocą języka zamierzony efekt.</w:t>
            </w:r>
          </w:p>
        </w:tc>
      </w:tr>
      <w:tr w:rsidR="00A94E8F" w14:paraId="7E74F1A3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428C7" w14:textId="77777777" w:rsidR="00A94E8F" w:rsidRDefault="00000000">
            <w:r>
              <w:rPr>
                <w:b/>
                <w:sz w:val="16"/>
              </w:rPr>
              <w:t>ORTOGRAFIA I INTERPUNKCJA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959E0F" w14:textId="77777777" w:rsidR="00A94E8F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Uczeń zna część podstawowych zasad poznanych w klasie IV. Stosuje je w prostych przykładach, choć popełnia liczne błędy. Z </w:t>
            </w:r>
            <w:proofErr w:type="spellStart"/>
            <w:r>
              <w:rPr>
                <w:sz w:val="16"/>
              </w:rPr>
              <w:t>pomocą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błędy</w:t>
            </w:r>
            <w:proofErr w:type="spellEnd"/>
            <w:r>
              <w:rPr>
                <w:sz w:val="16"/>
              </w:rPr>
              <w:t>.</w:t>
            </w:r>
          </w:p>
          <w:p w14:paraId="360C61BB" w14:textId="77777777" w:rsidR="00210B5F" w:rsidRDefault="00210B5F">
            <w:pPr>
              <w:rPr>
                <w:sz w:val="16"/>
              </w:rPr>
            </w:pPr>
          </w:p>
          <w:p w14:paraId="78CC73A1" w14:textId="77777777" w:rsidR="00210B5F" w:rsidRDefault="00210B5F">
            <w:pPr>
              <w:rPr>
                <w:sz w:val="16"/>
              </w:rPr>
            </w:pPr>
          </w:p>
          <w:p w14:paraId="293D65A9" w14:textId="77777777" w:rsidR="00210B5F" w:rsidRDefault="00210B5F"/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71D88A" w14:textId="77777777" w:rsidR="00A94E8F" w:rsidRDefault="00000000">
            <w:r>
              <w:rPr>
                <w:sz w:val="16"/>
              </w:rPr>
              <w:t>Uczeń stosuje podstawowe poznane zasady ortograficzne i interpunkcyjne w typowych zadaniach i prostych wypowiedziach. Potrafi poprawić część własnych błędów.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8CFF4C" w14:textId="77777777" w:rsidR="00A94E8F" w:rsidRDefault="00000000">
            <w:r>
              <w:rPr>
                <w:sz w:val="16"/>
              </w:rPr>
              <w:t>Uczeń na ogół poprawnie stosuje poznane zasady w samodzielnych wypowiedziach. Potrafi uzasadnić pisownię typowych wyrazów i poprawić większość wskazanych błędów.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AE64C" w14:textId="77777777" w:rsidR="00A94E8F" w:rsidRDefault="00000000">
            <w:r>
              <w:rPr>
                <w:sz w:val="16"/>
              </w:rPr>
              <w:t>Uczeń sprawnie stosuje poznane reguły, samodzielnie wyszukuje i poprawia błędy oraz potrafi wyjaśnić zastosowanie najważniejszych zasad.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D1A35C" w14:textId="77777777" w:rsidR="00A94E8F" w:rsidRDefault="00000000">
            <w:r>
              <w:rPr>
                <w:sz w:val="16"/>
              </w:rPr>
              <w:t>Uczeń bardzo sprawnie i świadomie stosuje zasady ortograficzne i interpunkcyjne, samodzielnie weryfikuje poprawność zapisu i w razie potrzeby korzysta ze słowników lub innych wiarygodnych źródeł.</w:t>
            </w:r>
          </w:p>
        </w:tc>
      </w:tr>
      <w:tr w:rsidR="00A94E8F" w14:paraId="37E0A821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66E5A9" w14:textId="77777777" w:rsidR="00A94E8F" w:rsidRDefault="00000000">
            <w:r>
              <w:rPr>
                <w:b/>
                <w:sz w:val="16"/>
              </w:rPr>
              <w:lastRenderedPageBreak/>
              <w:t>ARGUMENTOWANIE I WYRAŻANIE WŁASNEGO ZDANIA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857083" w14:textId="77777777" w:rsidR="00A94E8F" w:rsidRDefault="00000000">
            <w:r>
              <w:rPr>
                <w:sz w:val="16"/>
              </w:rPr>
              <w:t>Uczeń wyraża własne zdanie i z pomocą podaje prosty powód lub przykład.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3A55EA" w14:textId="77777777" w:rsidR="00A94E8F" w:rsidRDefault="00000000">
            <w:r>
              <w:rPr>
                <w:sz w:val="16"/>
              </w:rPr>
              <w:t>Uczeń formułuje opinię i uzasadnia ją prostym argumentem lub przykładem związanym z tematem.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EC375" w14:textId="77777777" w:rsidR="00A94E8F" w:rsidRDefault="00000000">
            <w:r>
              <w:rPr>
                <w:sz w:val="16"/>
              </w:rPr>
              <w:t>Uczeń przedstawia stanowisko, dobiera odpowiednie argumenty i przykłady oraz rozróżnia w prostych sytuacjach fakt i opinię.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9D23FD" w14:textId="77777777" w:rsidR="00A94E8F" w:rsidRDefault="00000000">
            <w:r>
              <w:rPr>
                <w:sz w:val="16"/>
              </w:rPr>
              <w:t>Uczeń buduje uporządkowaną argumentację, ocenia trafność argumentów i potrafi odnieść się do innego stanowiska.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7A7B80" w14:textId="77777777" w:rsidR="00A94E8F" w:rsidRDefault="00000000">
            <w:r>
              <w:rPr>
                <w:sz w:val="16"/>
              </w:rPr>
              <w:t>Uczeń tworzy przekonującą argumentację, rozważa różne punkty widzenia, przewiduje możliwe kontrargumenty i świadomie dobiera sposób uzasadniania własnego stanowiska.</w:t>
            </w:r>
          </w:p>
        </w:tc>
      </w:tr>
      <w:tr w:rsidR="00A94E8F" w14:paraId="5D04F127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9ED088" w14:textId="77777777" w:rsidR="00A94E8F" w:rsidRDefault="00000000">
            <w:r>
              <w:rPr>
                <w:b/>
                <w:sz w:val="16"/>
              </w:rPr>
              <w:t>SAMOKSZTAŁCENIE I PRACA Z INFORMACJĄ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B2C361" w14:textId="77777777" w:rsidR="00A94E8F" w:rsidRDefault="00000000">
            <w:r>
              <w:rPr>
                <w:sz w:val="16"/>
              </w:rPr>
              <w:t>Uczeń z pomocą wyszukuje potrzebną informację w podanym materiale, korzysta ze wskazanego słownika lub źródła i zapisuje najważniejsze wiadomości.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FE2F24" w14:textId="77777777" w:rsidR="00A94E8F" w:rsidRDefault="00000000">
            <w:r>
              <w:rPr>
                <w:sz w:val="16"/>
              </w:rPr>
              <w:t>Uczeń samodzielnie wyszukuje podstawowe informacje, porządkuje je, tworzy prosty plan lub notatkę i korzysta z podstawowych pomocy.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6335D2" w14:textId="77777777" w:rsidR="00A94E8F" w:rsidRDefault="00000000">
            <w:r>
              <w:rPr>
                <w:sz w:val="16"/>
              </w:rPr>
              <w:t>Uczeń wybiera informacje potrzebne do wykonania zadania, porównuje proste źródła, tworzy uporządkowaną notatkę i wykorzystuje zgromadzone wiadomości we własnej pracy.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14868A" w14:textId="77777777" w:rsidR="00A94E8F" w:rsidRDefault="00000000">
            <w:r>
              <w:rPr>
                <w:sz w:val="16"/>
              </w:rPr>
              <w:t>Uczeń samodzielnie wyszukuje, porządkuje i łączy informacje z kilku materiałów, ocenia ich przydatność i przedstawia wyniki pracy w przejrzystej formie.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7A4063" w14:textId="77777777" w:rsidR="00A94E8F" w:rsidRDefault="00000000">
            <w:r>
              <w:rPr>
                <w:sz w:val="16"/>
              </w:rPr>
              <w:t>Uczeń samodzielnie planuje pracę z informacją, wybiera wiarygodne i przydatne źródła, łączy wiadomości z różnych materiałów i wykorzystuje je do rozwiązania problemu lub stworzenia własnej wypowiedzi.</w:t>
            </w:r>
          </w:p>
        </w:tc>
      </w:tr>
      <w:tr w:rsidR="00A94E8F" w14:paraId="2D7293FF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A4412F" w14:textId="7221BC1B" w:rsidR="00A94E8F" w:rsidRPr="00210B5F" w:rsidRDefault="00000000">
            <w:r w:rsidRPr="00210B5F">
              <w:rPr>
                <w:b/>
                <w:sz w:val="16"/>
              </w:rPr>
              <w:t xml:space="preserve">EDUKACJA MEDIALNA 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655DA6" w14:textId="77777777" w:rsidR="00A94E8F" w:rsidRPr="00210B5F" w:rsidRDefault="00000000">
            <w:r w:rsidRPr="00210B5F">
              <w:rPr>
                <w:sz w:val="16"/>
              </w:rPr>
              <w:t>Uczeń rozpoznaje, że informacje pochodzą z różnych źródeł. Z pomocą wskazuje nadawcę i podstawowy cel prostego komunikatu.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C67E47" w14:textId="77777777" w:rsidR="00A94E8F" w:rsidRPr="00210B5F" w:rsidRDefault="00000000">
            <w:r w:rsidRPr="00210B5F">
              <w:rPr>
                <w:sz w:val="16"/>
              </w:rPr>
              <w:t>Uczeń odróżnia w prostych przykładach informację od opinii i reklamy oraz rozumie, dlaczego warto sprawdzić źródło informacji.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71C85" w14:textId="77777777" w:rsidR="00A94E8F" w:rsidRPr="00210B5F" w:rsidRDefault="00000000">
            <w:r w:rsidRPr="00210B5F">
              <w:rPr>
                <w:sz w:val="16"/>
              </w:rPr>
              <w:t>Uczeń porównuje proste komunikaty, wskazuje ich cel i odbiorcę, sprawdza podstawowe informacje o źródle i rozpoznaje wybrane sposoby wpływania na odbiorcę.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DF307" w14:textId="77777777" w:rsidR="00A94E8F" w:rsidRPr="00210B5F" w:rsidRDefault="00000000">
            <w:r w:rsidRPr="00210B5F">
              <w:rPr>
                <w:sz w:val="16"/>
              </w:rPr>
              <w:t>Uczeń analizuje wiarygodność komunikatu i dostrzega, że tytuł, obraz, emocjonalny język oraz sposób prezentacji treści mogą wpływać na odbiorcę.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A15625" w14:textId="77777777" w:rsidR="00A94E8F" w:rsidRPr="00210B5F" w:rsidRDefault="00000000">
            <w:r w:rsidRPr="00210B5F">
              <w:rPr>
                <w:sz w:val="16"/>
              </w:rPr>
              <w:t>Uczeń krytycznie ocenia informacje, uzasadnia ocenę wiarygodności źródła, porównuje różne przekazy i tworzy odpowiedzialne komunikaty z poszanowaniem cudzej własności intelektualnej.</w:t>
            </w:r>
          </w:p>
        </w:tc>
      </w:tr>
      <w:tr w:rsidR="00A94E8F" w14:paraId="0EADFA70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A46D36" w14:textId="133A4B0D" w:rsidR="00A94E8F" w:rsidRPr="00210B5F" w:rsidRDefault="00000000">
            <w:r w:rsidRPr="00210B5F">
              <w:rPr>
                <w:b/>
                <w:sz w:val="16"/>
              </w:rPr>
              <w:t xml:space="preserve">SAMODZIELNOŚĆ, AUTORREFLEKSJA I SPRAWCZOŚĆ 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FE86B7" w14:textId="77777777" w:rsidR="00A94E8F" w:rsidRPr="00210B5F" w:rsidRDefault="00000000">
            <w:r w:rsidRPr="00210B5F">
              <w:rPr>
                <w:sz w:val="16"/>
              </w:rPr>
              <w:t>Uczeń z pomocą określa, co już potrafi, a z czym ma trudność. Podejmuje próbę poprawy pracy zgodnie ze wskazówkami.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82C2A5" w14:textId="77777777" w:rsidR="00A94E8F" w:rsidRPr="00210B5F" w:rsidRDefault="00000000">
            <w:r w:rsidRPr="00210B5F">
              <w:rPr>
                <w:sz w:val="16"/>
              </w:rPr>
              <w:t>Uczeń potrafi wskazać swoje mocne strony i trudności oraz korzysta z informacji zwrotnej podczas poprawiania pracy.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71F534" w14:textId="77777777" w:rsidR="00A94E8F" w:rsidRPr="00210B5F" w:rsidRDefault="00000000">
            <w:r w:rsidRPr="00210B5F">
              <w:rPr>
                <w:sz w:val="16"/>
              </w:rPr>
              <w:t>Uczeń planuje proste działania prowadzące do celu, korzysta z informacji zwrotnej i potrafi wskazać, czego powinien się jeszcze nauczyć.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D8C4C0" w14:textId="77777777" w:rsidR="00A94E8F" w:rsidRPr="00210B5F" w:rsidRDefault="00000000">
            <w:r w:rsidRPr="00210B5F">
              <w:rPr>
                <w:sz w:val="16"/>
              </w:rPr>
              <w:t>Uczeń analizuje własny sposób uczenia się, dobiera skuteczne strategie, monitoruje postęp i samodzielnie poprawia swoją pracę.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00D310" w14:textId="77777777" w:rsidR="00A94E8F" w:rsidRPr="00210B5F" w:rsidRDefault="00000000">
            <w:r w:rsidRPr="00210B5F">
              <w:rPr>
                <w:sz w:val="16"/>
              </w:rPr>
              <w:t>Uczeń świadomie wyznacza cele, dobiera sposoby działania, ocenia efekty własnej pracy, wyciąga wnioski i wykorzystuje skuteczne strategie w nowych sytuacjach.</w:t>
            </w:r>
          </w:p>
        </w:tc>
      </w:tr>
      <w:tr w:rsidR="00A94E8F" w14:paraId="330BF5E1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6D4433" w14:textId="3E5DF349" w:rsidR="00A94E8F" w:rsidRPr="00210B5F" w:rsidRDefault="00000000">
            <w:r w:rsidRPr="00210B5F">
              <w:rPr>
                <w:b/>
                <w:sz w:val="16"/>
              </w:rPr>
              <w:t xml:space="preserve">WSPÓŁPRACA I UCZENIE SIĘ Z INNYMI 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DE2421" w14:textId="77777777" w:rsidR="00A94E8F" w:rsidRPr="00210B5F" w:rsidRDefault="00000000">
            <w:r w:rsidRPr="00210B5F">
              <w:rPr>
                <w:sz w:val="16"/>
              </w:rPr>
              <w:t>Uczeń wykonuje przydzielone zadanie w parze lub grupie i z pomocą przestrzega ustalonych zasad.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1CEA64" w14:textId="77777777" w:rsidR="00A94E8F" w:rsidRPr="00210B5F" w:rsidRDefault="00000000">
            <w:r w:rsidRPr="00210B5F">
              <w:rPr>
                <w:sz w:val="16"/>
              </w:rPr>
              <w:t>Uczeń uczestniczy we wspólnej pracy, dzieli się pomysłami, słucha innych i odpowiada za swoją część zadania.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58E774" w14:textId="77777777" w:rsidR="00A94E8F" w:rsidRPr="00210B5F" w:rsidRDefault="00000000">
            <w:r w:rsidRPr="00210B5F">
              <w:rPr>
                <w:sz w:val="16"/>
              </w:rPr>
              <w:t>Uczeń współplanuje pracę, uzgadnia rozwiązania, korzysta z pomysłów innych i doprowadza swoją część zadania do końca.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B420E8" w14:textId="77777777" w:rsidR="00A94E8F" w:rsidRPr="00210B5F" w:rsidRDefault="00000000">
            <w:r w:rsidRPr="00210B5F">
              <w:rPr>
                <w:sz w:val="16"/>
              </w:rPr>
              <w:t>Uczeń aktywnie współpracuje, proponuje rozwiązania, udziela rzeczowej informacji zwrotnej i potrafi ocenić przebieg wspólnej pracy.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5F6755" w14:textId="77777777" w:rsidR="00A94E8F" w:rsidRPr="00210B5F" w:rsidRDefault="00000000">
            <w:r w:rsidRPr="00210B5F">
              <w:rPr>
                <w:sz w:val="16"/>
              </w:rPr>
              <w:t>Uczeń inicjuje działania, pomaga organizować pracę zespołu, wykorzystuje mocne strony uczestników, ocenia efektywność współpracy i proponuje usprawnienia.</w:t>
            </w:r>
          </w:p>
        </w:tc>
      </w:tr>
      <w:tr w:rsidR="00A94E8F" w14:paraId="45683705" w14:textId="77777777">
        <w:trPr>
          <w:jc w:val="center"/>
        </w:trPr>
        <w:tc>
          <w:tcPr>
            <w:tcW w:w="1984" w:type="dxa"/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E495F2" w14:textId="354B0EE3" w:rsidR="00A94E8F" w:rsidRPr="00210B5F" w:rsidRDefault="00000000">
            <w:r w:rsidRPr="00210B5F">
              <w:rPr>
                <w:b/>
                <w:sz w:val="16"/>
              </w:rPr>
              <w:t>KULTURA, WARTOŚCI I RÓŻNE PERSPEKTYWY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59639F" w14:textId="77777777" w:rsidR="00A94E8F" w:rsidRPr="00210B5F" w:rsidRDefault="00000000">
            <w:r w:rsidRPr="00210B5F">
              <w:rPr>
                <w:sz w:val="16"/>
              </w:rPr>
              <w:t>Uczeń rozpoznaje w poznanych tekstach podstawowe wartości, tradycje i doświadczenia bliskie jego otoczeniu.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F843C" w14:textId="77777777" w:rsidR="00A94E8F" w:rsidRPr="00210B5F" w:rsidRDefault="00000000">
            <w:r w:rsidRPr="00210B5F">
              <w:rPr>
                <w:sz w:val="16"/>
              </w:rPr>
              <w:t>Uczeń wyjaśnia związki między tekstem a własnym doświadczeniem lub najbliższym otoczeniem i kulturalnie wyraża własne zdanie.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0B17C" w14:textId="77777777" w:rsidR="00A94E8F" w:rsidRPr="00210B5F" w:rsidRDefault="00000000">
            <w:r w:rsidRPr="00210B5F">
              <w:rPr>
                <w:sz w:val="16"/>
              </w:rPr>
              <w:t>Uczeń odnosi poznane teksty do kontekstu lokalnego i kulturowego, zauważa różne punkty widzenia i przedstawia własne stanowisko z poszanowaniem innych.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F5CB06" w14:textId="77777777" w:rsidR="00A94E8F" w:rsidRPr="00210B5F" w:rsidRDefault="00000000">
            <w:r w:rsidRPr="00210B5F">
              <w:rPr>
                <w:sz w:val="16"/>
              </w:rPr>
              <w:t>Uczeń porównuje różne perspektywy i wartości, dostrzega rolę języka i kultury w sposobie postrzegania świata i uzasadnia własne refleksje.</w:t>
            </w:r>
          </w:p>
        </w:tc>
        <w:tc>
          <w:tcPr>
            <w:tcW w:w="25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7A6B02" w14:textId="77777777" w:rsidR="00A94E8F" w:rsidRPr="00210B5F" w:rsidRDefault="00000000">
            <w:r w:rsidRPr="00210B5F">
              <w:rPr>
                <w:sz w:val="16"/>
              </w:rPr>
              <w:t>Uczeń samodzielnie zestawia różne perspektywy, prowadzi dialog z odmiennymi stanowiskami i tworzy wypowiedzi łączące osobistą refleksję z wiedzą o kulturze.</w:t>
            </w:r>
          </w:p>
        </w:tc>
      </w:tr>
    </w:tbl>
    <w:p w14:paraId="4A138811" w14:textId="1B86EC5D" w:rsidR="00A94E8F" w:rsidRDefault="00A94E8F">
      <w:pPr>
        <w:spacing w:before="100"/>
      </w:pPr>
    </w:p>
    <w:sectPr w:rsidR="00A94E8F" w:rsidSect="00034616">
      <w:pgSz w:w="16838" w:h="11906" w:orient="landscape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124595">
    <w:abstractNumId w:val="8"/>
  </w:num>
  <w:num w:numId="2" w16cid:durableId="1856647364">
    <w:abstractNumId w:val="6"/>
  </w:num>
  <w:num w:numId="3" w16cid:durableId="588975389">
    <w:abstractNumId w:val="5"/>
  </w:num>
  <w:num w:numId="4" w16cid:durableId="1662663473">
    <w:abstractNumId w:val="4"/>
  </w:num>
  <w:num w:numId="5" w16cid:durableId="1879387324">
    <w:abstractNumId w:val="7"/>
  </w:num>
  <w:num w:numId="6" w16cid:durableId="1335449435">
    <w:abstractNumId w:val="3"/>
  </w:num>
  <w:num w:numId="7" w16cid:durableId="253826883">
    <w:abstractNumId w:val="2"/>
  </w:num>
  <w:num w:numId="8" w16cid:durableId="1039360653">
    <w:abstractNumId w:val="1"/>
  </w:num>
  <w:num w:numId="9" w16cid:durableId="154890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0B5F"/>
    <w:rsid w:val="0029639D"/>
    <w:rsid w:val="00326F90"/>
    <w:rsid w:val="00A94E8F"/>
    <w:rsid w:val="00AA1D8D"/>
    <w:rsid w:val="00B47730"/>
    <w:rsid w:val="00CB0664"/>
    <w:rsid w:val="00E663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5C0D1"/>
  <w14:defaultImageDpi w14:val="300"/>
  <w15:docId w15:val="{1106A4D3-E596-4C80-BD49-C2787241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1503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Nowicka Paulina</cp:lastModifiedBy>
  <cp:revision>2</cp:revision>
  <dcterms:created xsi:type="dcterms:W3CDTF">2026-09-21T17:37:00Z</dcterms:created>
  <dcterms:modified xsi:type="dcterms:W3CDTF">2026-09-21T17:37:00Z</dcterms:modified>
  <cp:category/>
</cp:coreProperties>
</file>